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44A9" w14:textId="3E87D47C" w:rsidR="005D49FF" w:rsidRDefault="001C4613" w:rsidP="005D49FF">
      <w:pPr>
        <w:pStyle w:val="Bezmezer"/>
        <w:jc w:val="center"/>
        <w:rPr>
          <w:rFonts w:ascii="Arial" w:hAnsi="Arial" w:cs="Arial"/>
          <w:b/>
          <w:sz w:val="36"/>
        </w:rPr>
      </w:pPr>
      <w:proofErr w:type="spellStart"/>
      <w:r>
        <w:rPr>
          <w:rFonts w:ascii="Arial" w:hAnsi="Arial" w:cs="Arial"/>
          <w:b/>
          <w:sz w:val="36"/>
        </w:rPr>
        <w:t>Modernizace</w:t>
      </w:r>
      <w:proofErr w:type="spellEnd"/>
      <w:r w:rsidR="005D49FF" w:rsidRPr="005D49FF">
        <w:rPr>
          <w:rFonts w:ascii="Arial" w:hAnsi="Arial" w:cs="Arial"/>
          <w:b/>
          <w:sz w:val="36"/>
        </w:rPr>
        <w:t xml:space="preserve"> </w:t>
      </w:r>
      <w:proofErr w:type="spellStart"/>
      <w:r w:rsidR="005D49FF" w:rsidRPr="005D49FF">
        <w:rPr>
          <w:rFonts w:ascii="Arial" w:hAnsi="Arial" w:cs="Arial"/>
          <w:b/>
          <w:sz w:val="36"/>
        </w:rPr>
        <w:t>víceúčelového</w:t>
      </w:r>
      <w:proofErr w:type="spellEnd"/>
      <w:r w:rsidR="005D49FF" w:rsidRPr="005D49FF">
        <w:rPr>
          <w:rFonts w:ascii="Arial" w:hAnsi="Arial" w:cs="Arial"/>
          <w:b/>
          <w:sz w:val="36"/>
        </w:rPr>
        <w:t xml:space="preserve"> </w:t>
      </w:r>
      <w:proofErr w:type="spellStart"/>
      <w:r w:rsidR="005D49FF" w:rsidRPr="005D49FF">
        <w:rPr>
          <w:rFonts w:ascii="Arial" w:hAnsi="Arial" w:cs="Arial"/>
          <w:b/>
          <w:sz w:val="36"/>
        </w:rPr>
        <w:t>hřiště</w:t>
      </w:r>
      <w:proofErr w:type="spellEnd"/>
      <w:r w:rsidR="005D49FF" w:rsidRPr="005D49FF">
        <w:rPr>
          <w:rFonts w:ascii="Arial" w:hAnsi="Arial" w:cs="Arial"/>
          <w:b/>
          <w:sz w:val="36"/>
        </w:rPr>
        <w:t xml:space="preserve">  v </w:t>
      </w:r>
      <w:proofErr w:type="spellStart"/>
      <w:r w:rsidR="005D49FF" w:rsidRPr="005D49FF">
        <w:rPr>
          <w:rFonts w:ascii="Arial" w:hAnsi="Arial" w:cs="Arial"/>
          <w:b/>
          <w:sz w:val="36"/>
        </w:rPr>
        <w:t>obci</w:t>
      </w:r>
      <w:proofErr w:type="spellEnd"/>
      <w:r w:rsidR="005D49FF" w:rsidRPr="005D49FF">
        <w:rPr>
          <w:rFonts w:ascii="Arial" w:hAnsi="Arial" w:cs="Arial"/>
          <w:b/>
          <w:sz w:val="36"/>
        </w:rPr>
        <w:t xml:space="preserve"> Lošany</w:t>
      </w:r>
    </w:p>
    <w:p w14:paraId="4054CD0A" w14:textId="77777777" w:rsidR="005D49FF" w:rsidRPr="005D49FF" w:rsidRDefault="005D49FF" w:rsidP="005D49FF">
      <w:pPr>
        <w:pStyle w:val="Bezmezer"/>
        <w:jc w:val="center"/>
        <w:rPr>
          <w:rFonts w:ascii="Arial" w:hAnsi="Arial" w:cs="Arial"/>
          <w:b/>
          <w:sz w:val="36"/>
        </w:rPr>
      </w:pPr>
    </w:p>
    <w:p w14:paraId="1D79CBF3" w14:textId="4F89B261" w:rsidR="00A54478" w:rsidRPr="005D49FF" w:rsidRDefault="005D49FF" w:rsidP="005D49FF">
      <w:pPr>
        <w:pStyle w:val="Bezmezer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(</w:t>
      </w:r>
      <w:proofErr w:type="spellStart"/>
      <w:r>
        <w:rPr>
          <w:rFonts w:ascii="Arial" w:hAnsi="Arial" w:cs="Arial"/>
          <w:b/>
          <w:sz w:val="36"/>
        </w:rPr>
        <w:t>v</w:t>
      </w:r>
      <w:r w:rsidRPr="005D49FF">
        <w:rPr>
          <w:rFonts w:ascii="Arial" w:hAnsi="Arial" w:cs="Arial"/>
          <w:b/>
          <w:sz w:val="36"/>
        </w:rPr>
        <w:t>ýkaz</w:t>
      </w:r>
      <w:proofErr w:type="spellEnd"/>
      <w:r w:rsidRPr="005D49FF">
        <w:rPr>
          <w:rFonts w:ascii="Arial" w:hAnsi="Arial" w:cs="Arial"/>
          <w:b/>
          <w:sz w:val="36"/>
        </w:rPr>
        <w:t xml:space="preserve"> </w:t>
      </w:r>
      <w:proofErr w:type="spellStart"/>
      <w:r w:rsidRPr="005D49FF">
        <w:rPr>
          <w:rFonts w:ascii="Arial" w:hAnsi="Arial" w:cs="Arial"/>
          <w:b/>
          <w:sz w:val="36"/>
        </w:rPr>
        <w:t>výměr</w:t>
      </w:r>
      <w:proofErr w:type="spellEnd"/>
      <w:r>
        <w:rPr>
          <w:rFonts w:ascii="Arial" w:hAnsi="Arial" w:cs="Arial"/>
          <w:b/>
          <w:sz w:val="36"/>
        </w:rPr>
        <w:t>)</w:t>
      </w:r>
    </w:p>
    <w:p w14:paraId="7136F23A" w14:textId="77777777" w:rsidR="005D49FF" w:rsidRPr="005D49FF" w:rsidRDefault="005D49FF" w:rsidP="005D49FF">
      <w:pPr>
        <w:pStyle w:val="Bezmezer"/>
        <w:rPr>
          <w:rFonts w:ascii="Arial" w:hAnsi="Arial" w:cs="Arial"/>
          <w:sz w:val="24"/>
        </w:rPr>
      </w:pPr>
    </w:p>
    <w:p w14:paraId="2CC30AC9" w14:textId="3C0D137C" w:rsidR="00A54478" w:rsidRPr="005D49FF" w:rsidRDefault="00725199" w:rsidP="005D49FF">
      <w:pPr>
        <w:pStyle w:val="Bezmezer"/>
        <w:rPr>
          <w:rFonts w:ascii="Arial" w:hAnsi="Arial" w:cs="Arial"/>
          <w:sz w:val="24"/>
        </w:rPr>
      </w:pPr>
      <w:r w:rsidRPr="005D49FF">
        <w:rPr>
          <w:rFonts w:ascii="Arial" w:hAnsi="Arial" w:cs="Arial"/>
          <w:sz w:val="24"/>
        </w:rPr>
        <w:t>Místo: Lošany</w:t>
      </w:r>
      <w:r w:rsidR="001C4613">
        <w:rPr>
          <w:rFonts w:ascii="Arial" w:hAnsi="Arial" w:cs="Arial"/>
          <w:sz w:val="24"/>
        </w:rPr>
        <w:t>, parc. č. s</w:t>
      </w:r>
      <w:r w:rsidR="005D49FF">
        <w:rPr>
          <w:rFonts w:ascii="Arial" w:hAnsi="Arial" w:cs="Arial"/>
          <w:sz w:val="24"/>
        </w:rPr>
        <w:t xml:space="preserve">t. 204/14 </w:t>
      </w:r>
      <w:proofErr w:type="spellStart"/>
      <w:r w:rsidR="005D49FF">
        <w:rPr>
          <w:rFonts w:ascii="Arial" w:hAnsi="Arial" w:cs="Arial"/>
          <w:sz w:val="24"/>
        </w:rPr>
        <w:t>k.ú</w:t>
      </w:r>
      <w:proofErr w:type="spellEnd"/>
      <w:r w:rsidR="005D49FF">
        <w:rPr>
          <w:rFonts w:ascii="Arial" w:hAnsi="Arial" w:cs="Arial"/>
          <w:sz w:val="24"/>
        </w:rPr>
        <w:t>. Lošany</w:t>
      </w:r>
    </w:p>
    <w:p w14:paraId="69E23088" w14:textId="77777777" w:rsidR="005D49FF" w:rsidRDefault="005D49FF" w:rsidP="005D49FF">
      <w:pPr>
        <w:pStyle w:val="Bezmezer"/>
        <w:rPr>
          <w:rFonts w:ascii="Arial" w:hAnsi="Arial" w:cs="Arial"/>
          <w:sz w:val="24"/>
        </w:rPr>
      </w:pPr>
    </w:p>
    <w:p w14:paraId="4301B93C" w14:textId="181ED918" w:rsidR="00A54478" w:rsidRDefault="00725199" w:rsidP="005D49FF">
      <w:pPr>
        <w:pStyle w:val="Bezmezer"/>
        <w:rPr>
          <w:rFonts w:ascii="Arial" w:hAnsi="Arial" w:cs="Arial"/>
          <w:sz w:val="24"/>
        </w:rPr>
      </w:pPr>
      <w:proofErr w:type="spellStart"/>
      <w:r w:rsidRPr="005D49FF">
        <w:rPr>
          <w:rFonts w:ascii="Arial" w:hAnsi="Arial" w:cs="Arial"/>
          <w:sz w:val="24"/>
        </w:rPr>
        <w:t>Plocha</w:t>
      </w:r>
      <w:proofErr w:type="spellEnd"/>
      <w:r w:rsidRPr="005D49FF">
        <w:rPr>
          <w:rFonts w:ascii="Arial" w:hAnsi="Arial" w:cs="Arial"/>
          <w:sz w:val="24"/>
        </w:rPr>
        <w:t xml:space="preserve">: </w:t>
      </w:r>
      <w:proofErr w:type="spellStart"/>
      <w:r w:rsidR="005D49FF">
        <w:rPr>
          <w:rFonts w:ascii="Arial" w:hAnsi="Arial" w:cs="Arial"/>
          <w:sz w:val="24"/>
        </w:rPr>
        <w:t>hřiště</w:t>
      </w:r>
      <w:proofErr w:type="spellEnd"/>
      <w:r w:rsidR="005D49FF">
        <w:rPr>
          <w:rFonts w:ascii="Arial" w:hAnsi="Arial" w:cs="Arial"/>
          <w:sz w:val="24"/>
        </w:rPr>
        <w:t xml:space="preserve"> </w:t>
      </w:r>
      <w:r w:rsidRPr="005D49FF">
        <w:rPr>
          <w:rFonts w:ascii="Arial" w:hAnsi="Arial" w:cs="Arial"/>
          <w:sz w:val="24"/>
        </w:rPr>
        <w:t>32 × 15 m (480 m²)</w:t>
      </w:r>
    </w:p>
    <w:p w14:paraId="727B332D" w14:textId="77777777" w:rsidR="005D49FF" w:rsidRPr="005D49FF" w:rsidRDefault="005D49FF" w:rsidP="005D49FF">
      <w:pPr>
        <w:pStyle w:val="Bezmezer"/>
        <w:rPr>
          <w:rFonts w:ascii="Arial" w:hAnsi="Arial" w:cs="Arial"/>
          <w:sz w:val="24"/>
        </w:rPr>
      </w:pPr>
    </w:p>
    <w:p w14:paraId="3AC4114E" w14:textId="77777777" w:rsidR="00A54478" w:rsidRPr="005D49FF" w:rsidRDefault="00725199" w:rsidP="005D49FF">
      <w:pPr>
        <w:pStyle w:val="Bezmezer"/>
        <w:rPr>
          <w:rFonts w:ascii="Arial" w:hAnsi="Arial" w:cs="Arial"/>
          <w:sz w:val="24"/>
        </w:rPr>
      </w:pPr>
      <w:r w:rsidRPr="005D49FF">
        <w:rPr>
          <w:rFonts w:ascii="Arial" w:hAnsi="Arial" w:cs="Arial"/>
          <w:sz w:val="24"/>
        </w:rPr>
        <w:t>Povrch: Umělý trávník s křemičitým vsypem</w:t>
      </w:r>
    </w:p>
    <w:p w14:paraId="150CEE19" w14:textId="77777777" w:rsidR="00A54478" w:rsidRDefault="00725199">
      <w:pPr>
        <w:pStyle w:val="Nadpis1"/>
      </w:pPr>
      <w:r>
        <w:t>Soupis prací</w:t>
      </w:r>
    </w:p>
    <w:tbl>
      <w:tblPr>
        <w:tblW w:w="873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0"/>
        <w:gridCol w:w="3363"/>
        <w:gridCol w:w="892"/>
        <w:gridCol w:w="1158"/>
        <w:gridCol w:w="1370"/>
        <w:gridCol w:w="1494"/>
      </w:tblGrid>
      <w:tr w:rsidR="00CD3654" w14:paraId="0054C51A" w14:textId="77777777" w:rsidTr="07630B3A">
        <w:trPr>
          <w:trHeight w:val="300"/>
        </w:trPr>
        <w:tc>
          <w:tcPr>
            <w:tcW w:w="435" w:type="dxa"/>
          </w:tcPr>
          <w:p w14:paraId="1FBAE24E" w14:textId="77777777" w:rsidR="00A54478" w:rsidRDefault="00725199">
            <w:r>
              <w:t>Č.</w:t>
            </w:r>
          </w:p>
        </w:tc>
        <w:tc>
          <w:tcPr>
            <w:tcW w:w="3525" w:type="dxa"/>
          </w:tcPr>
          <w:p w14:paraId="2B540925" w14:textId="77777777" w:rsidR="00A54478" w:rsidRDefault="00725199">
            <w:r>
              <w:t>Název položky</w:t>
            </w:r>
          </w:p>
        </w:tc>
        <w:tc>
          <w:tcPr>
            <w:tcW w:w="555" w:type="dxa"/>
          </w:tcPr>
          <w:p w14:paraId="1CAA38E0" w14:textId="77777777" w:rsidR="00A54478" w:rsidRDefault="00725199">
            <w:r>
              <w:t>MJ</w:t>
            </w:r>
          </w:p>
        </w:tc>
        <w:tc>
          <w:tcPr>
            <w:tcW w:w="1170" w:type="dxa"/>
          </w:tcPr>
          <w:p w14:paraId="1AC17C0D" w14:textId="77777777" w:rsidR="00A54478" w:rsidRDefault="00725199">
            <w:r>
              <w:t>Množství</w:t>
            </w:r>
          </w:p>
        </w:tc>
        <w:tc>
          <w:tcPr>
            <w:tcW w:w="1470" w:type="dxa"/>
          </w:tcPr>
          <w:p w14:paraId="144EE7AE" w14:textId="77777777" w:rsidR="00A54478" w:rsidRDefault="00725199">
            <w:r>
              <w:t>Jedn. cena (Kč)</w:t>
            </w:r>
          </w:p>
        </w:tc>
        <w:tc>
          <w:tcPr>
            <w:tcW w:w="1582" w:type="dxa"/>
          </w:tcPr>
          <w:p w14:paraId="67FD123B" w14:textId="77777777" w:rsidR="00A54478" w:rsidRDefault="00725199">
            <w:r>
              <w:t>Cena celkem (Kč)</w:t>
            </w:r>
          </w:p>
        </w:tc>
      </w:tr>
      <w:tr w:rsidR="00CD3654" w14:paraId="50B468CB" w14:textId="77777777" w:rsidTr="07630B3A">
        <w:trPr>
          <w:trHeight w:val="300"/>
        </w:trPr>
        <w:tc>
          <w:tcPr>
            <w:tcW w:w="435" w:type="dxa"/>
          </w:tcPr>
          <w:p w14:paraId="649841BE" w14:textId="77777777" w:rsidR="00A54478" w:rsidRDefault="00725199">
            <w:r>
              <w:t>1</w:t>
            </w:r>
          </w:p>
        </w:tc>
        <w:tc>
          <w:tcPr>
            <w:tcW w:w="3525" w:type="dxa"/>
          </w:tcPr>
          <w:p w14:paraId="627CE4CE" w14:textId="68E0B6E5" w:rsidR="00A54478" w:rsidRDefault="00725199">
            <w:proofErr w:type="spellStart"/>
            <w:r>
              <w:t>Odstranění</w:t>
            </w:r>
            <w:proofErr w:type="spellEnd"/>
            <w:r>
              <w:t xml:space="preserve"> </w:t>
            </w:r>
            <w:proofErr w:type="spellStart"/>
            <w:r>
              <w:t>stávajícího</w:t>
            </w:r>
            <w:proofErr w:type="spellEnd"/>
            <w:r>
              <w:t xml:space="preserve"> </w:t>
            </w:r>
            <w:proofErr w:type="spellStart"/>
            <w:r w:rsidR="00AB4543">
              <w:t>umělého</w:t>
            </w:r>
            <w:proofErr w:type="spellEnd"/>
            <w:r w:rsidR="00AB4543">
              <w:t xml:space="preserve"> </w:t>
            </w:r>
            <w:proofErr w:type="spellStart"/>
            <w:r>
              <w:t>trávníku</w:t>
            </w:r>
            <w:proofErr w:type="spellEnd"/>
          </w:p>
        </w:tc>
        <w:tc>
          <w:tcPr>
            <w:tcW w:w="555" w:type="dxa"/>
          </w:tcPr>
          <w:p w14:paraId="5715F093" w14:textId="77777777" w:rsidR="00A54478" w:rsidRDefault="00725199">
            <w:r>
              <w:t>m²</w:t>
            </w:r>
          </w:p>
        </w:tc>
        <w:tc>
          <w:tcPr>
            <w:tcW w:w="1170" w:type="dxa"/>
          </w:tcPr>
          <w:p w14:paraId="23C73EBE" w14:textId="77777777" w:rsidR="00A54478" w:rsidRDefault="00725199">
            <w:r>
              <w:t>480</w:t>
            </w:r>
          </w:p>
        </w:tc>
        <w:tc>
          <w:tcPr>
            <w:tcW w:w="1470" w:type="dxa"/>
          </w:tcPr>
          <w:p w14:paraId="672A6659" w14:textId="77777777" w:rsidR="00A54478" w:rsidRDefault="00A54478"/>
        </w:tc>
        <w:tc>
          <w:tcPr>
            <w:tcW w:w="1582" w:type="dxa"/>
          </w:tcPr>
          <w:p w14:paraId="0A37501D" w14:textId="77777777" w:rsidR="00A54478" w:rsidRDefault="00A54478"/>
        </w:tc>
      </w:tr>
      <w:tr w:rsidR="00CD3654" w14:paraId="527F56D8" w14:textId="77777777" w:rsidTr="07630B3A">
        <w:trPr>
          <w:trHeight w:val="300"/>
        </w:trPr>
        <w:tc>
          <w:tcPr>
            <w:tcW w:w="435" w:type="dxa"/>
          </w:tcPr>
          <w:p w14:paraId="18F999B5" w14:textId="77777777" w:rsidR="00A54478" w:rsidRDefault="00725199">
            <w:r>
              <w:t>2</w:t>
            </w:r>
          </w:p>
        </w:tc>
        <w:tc>
          <w:tcPr>
            <w:tcW w:w="3525" w:type="dxa"/>
          </w:tcPr>
          <w:p w14:paraId="6B1D3D9A" w14:textId="12E6B91C" w:rsidR="00A54478" w:rsidRDefault="07630B3A">
            <w:r>
              <w:t>Likvidace odpadu</w:t>
            </w:r>
          </w:p>
          <w:p w14:paraId="5CBB9744" w14:textId="02672619" w:rsidR="00A54478" w:rsidRDefault="564C93DE" w:rsidP="07630B3A">
            <w:r>
              <w:t xml:space="preserve">Odvoz + skládka </w:t>
            </w:r>
          </w:p>
        </w:tc>
        <w:tc>
          <w:tcPr>
            <w:tcW w:w="555" w:type="dxa"/>
          </w:tcPr>
          <w:p w14:paraId="02835A41" w14:textId="143FD635" w:rsidR="00A54478" w:rsidRDefault="00393FF4">
            <w:proofErr w:type="spellStart"/>
            <w:r>
              <w:t>S</w:t>
            </w:r>
            <w:r w:rsidR="00AB4543">
              <w:t>oubor</w:t>
            </w:r>
            <w:proofErr w:type="spellEnd"/>
          </w:p>
        </w:tc>
        <w:tc>
          <w:tcPr>
            <w:tcW w:w="1170" w:type="dxa"/>
          </w:tcPr>
          <w:p w14:paraId="5D369756" w14:textId="4936F2BC" w:rsidR="00A54478" w:rsidRDefault="00725199" w:rsidP="00AB4543">
            <w:r>
              <w:t>1</w:t>
            </w:r>
          </w:p>
        </w:tc>
        <w:tc>
          <w:tcPr>
            <w:tcW w:w="1470" w:type="dxa"/>
          </w:tcPr>
          <w:p w14:paraId="5DAB6C7B" w14:textId="77777777" w:rsidR="00A54478" w:rsidRDefault="00A54478"/>
        </w:tc>
        <w:tc>
          <w:tcPr>
            <w:tcW w:w="1582" w:type="dxa"/>
          </w:tcPr>
          <w:p w14:paraId="02EB378F" w14:textId="77777777" w:rsidR="00A54478" w:rsidRDefault="00A54478"/>
        </w:tc>
      </w:tr>
      <w:tr w:rsidR="00CD3654" w14:paraId="60FF19C4" w14:textId="77777777" w:rsidTr="07630B3A">
        <w:trPr>
          <w:trHeight w:val="300"/>
        </w:trPr>
        <w:tc>
          <w:tcPr>
            <w:tcW w:w="435" w:type="dxa"/>
          </w:tcPr>
          <w:p w14:paraId="5FCD5EC4" w14:textId="77777777" w:rsidR="00A54478" w:rsidRDefault="00725199">
            <w:r>
              <w:t>3</w:t>
            </w:r>
          </w:p>
        </w:tc>
        <w:tc>
          <w:tcPr>
            <w:tcW w:w="3525" w:type="dxa"/>
          </w:tcPr>
          <w:p w14:paraId="67218988" w14:textId="0A62BACC" w:rsidR="00A54478" w:rsidRDefault="07630B3A">
            <w:r>
              <w:t>Úprava podloží</w:t>
            </w:r>
            <w:r w:rsidR="443CCE28">
              <w:t xml:space="preserve"> (vyrovnání, doplnění, hutnění apod.)</w:t>
            </w:r>
          </w:p>
        </w:tc>
        <w:tc>
          <w:tcPr>
            <w:tcW w:w="555" w:type="dxa"/>
          </w:tcPr>
          <w:p w14:paraId="7444EFE0" w14:textId="77777777" w:rsidR="00A54478" w:rsidRDefault="00725199">
            <w:r>
              <w:t>m²</w:t>
            </w:r>
          </w:p>
        </w:tc>
        <w:tc>
          <w:tcPr>
            <w:tcW w:w="1170" w:type="dxa"/>
          </w:tcPr>
          <w:p w14:paraId="3D1E30C7" w14:textId="77777777" w:rsidR="00A54478" w:rsidRDefault="00725199">
            <w:r>
              <w:t>480</w:t>
            </w:r>
          </w:p>
        </w:tc>
        <w:tc>
          <w:tcPr>
            <w:tcW w:w="1470" w:type="dxa"/>
          </w:tcPr>
          <w:p w14:paraId="6A05A809" w14:textId="77777777" w:rsidR="00A54478" w:rsidRDefault="00A54478"/>
        </w:tc>
        <w:tc>
          <w:tcPr>
            <w:tcW w:w="1582" w:type="dxa"/>
          </w:tcPr>
          <w:p w14:paraId="5A39BBE3" w14:textId="77777777" w:rsidR="00A54478" w:rsidRDefault="00A54478"/>
        </w:tc>
      </w:tr>
      <w:tr w:rsidR="00CD3654" w14:paraId="748AB9DD" w14:textId="77777777" w:rsidTr="07630B3A">
        <w:trPr>
          <w:trHeight w:val="300"/>
        </w:trPr>
        <w:tc>
          <w:tcPr>
            <w:tcW w:w="435" w:type="dxa"/>
          </w:tcPr>
          <w:p w14:paraId="2598DEE6" w14:textId="77777777" w:rsidR="00A54478" w:rsidRDefault="00725199">
            <w:r>
              <w:t>4</w:t>
            </w:r>
          </w:p>
        </w:tc>
        <w:tc>
          <w:tcPr>
            <w:tcW w:w="3525" w:type="dxa"/>
          </w:tcPr>
          <w:p w14:paraId="7CE34AAA" w14:textId="6613EB6C" w:rsidR="00A54478" w:rsidRDefault="0DE7B17A" w:rsidP="07630B3A">
            <w:r>
              <w:t>U</w:t>
            </w:r>
            <w:r w:rsidR="07630B3A">
              <w:t>mělý trávník</w:t>
            </w:r>
            <w:r w:rsidR="05A55E0A">
              <w:t xml:space="preserve"> JUTAgrass PlayComfort 15 vč. </w:t>
            </w:r>
            <w:proofErr w:type="spellStart"/>
            <w:r w:rsidR="00CD3654">
              <w:t>l</w:t>
            </w:r>
            <w:r w:rsidR="05A55E0A">
              <w:t>ajnování</w:t>
            </w:r>
            <w:proofErr w:type="spellEnd"/>
            <w:r w:rsidR="00AB4543">
              <w:t xml:space="preserve"> </w:t>
            </w:r>
            <w:r w:rsidR="2C056553">
              <w:t>(</w:t>
            </w:r>
            <w:proofErr w:type="spellStart"/>
            <w:r w:rsidR="2C056553">
              <w:t>materiál</w:t>
            </w:r>
            <w:proofErr w:type="spellEnd"/>
            <w:r w:rsidR="2C056553">
              <w:t>)</w:t>
            </w:r>
          </w:p>
        </w:tc>
        <w:tc>
          <w:tcPr>
            <w:tcW w:w="555" w:type="dxa"/>
          </w:tcPr>
          <w:p w14:paraId="58E37970" w14:textId="77777777" w:rsidR="00A54478" w:rsidRDefault="00725199">
            <w:r>
              <w:t>m²</w:t>
            </w:r>
          </w:p>
        </w:tc>
        <w:tc>
          <w:tcPr>
            <w:tcW w:w="1170" w:type="dxa"/>
          </w:tcPr>
          <w:p w14:paraId="4442E405" w14:textId="77777777" w:rsidR="00A54478" w:rsidRDefault="00725199">
            <w:r>
              <w:t>480</w:t>
            </w:r>
          </w:p>
        </w:tc>
        <w:tc>
          <w:tcPr>
            <w:tcW w:w="1470" w:type="dxa"/>
          </w:tcPr>
          <w:p w14:paraId="41C8F396" w14:textId="77777777" w:rsidR="00A54478" w:rsidRDefault="00A54478"/>
        </w:tc>
        <w:tc>
          <w:tcPr>
            <w:tcW w:w="1582" w:type="dxa"/>
          </w:tcPr>
          <w:p w14:paraId="72A3D3EC" w14:textId="77777777" w:rsidR="00A54478" w:rsidRDefault="00A54478"/>
        </w:tc>
      </w:tr>
      <w:tr w:rsidR="00CD3654" w14:paraId="21A8695A" w14:textId="77777777" w:rsidTr="07630B3A">
        <w:trPr>
          <w:trHeight w:val="300"/>
        </w:trPr>
        <w:tc>
          <w:tcPr>
            <w:tcW w:w="435" w:type="dxa"/>
          </w:tcPr>
          <w:p w14:paraId="68097E13" w14:textId="2218FFC3" w:rsidR="6D4034B2" w:rsidRDefault="6D4034B2" w:rsidP="07630B3A">
            <w:r>
              <w:t>5</w:t>
            </w:r>
          </w:p>
        </w:tc>
        <w:tc>
          <w:tcPr>
            <w:tcW w:w="3525" w:type="dxa"/>
          </w:tcPr>
          <w:p w14:paraId="224CA5A6" w14:textId="25E1E437" w:rsidR="6D4034B2" w:rsidRDefault="6D4034B2" w:rsidP="00AB4543">
            <w:proofErr w:type="spellStart"/>
            <w:r>
              <w:t>Položení</w:t>
            </w:r>
            <w:proofErr w:type="spellEnd"/>
            <w:r>
              <w:t xml:space="preserve"> </w:t>
            </w:r>
            <w:proofErr w:type="spellStart"/>
            <w:r>
              <w:t>nového</w:t>
            </w:r>
            <w:proofErr w:type="spellEnd"/>
            <w:r>
              <w:t xml:space="preserve"> </w:t>
            </w:r>
            <w:proofErr w:type="spellStart"/>
            <w:r>
              <w:t>umělého</w:t>
            </w:r>
            <w:proofErr w:type="spellEnd"/>
            <w:r>
              <w:t xml:space="preserve"> </w:t>
            </w:r>
            <w:proofErr w:type="spellStart"/>
            <w:r>
              <w:t>trávníku</w:t>
            </w:r>
            <w:proofErr w:type="spellEnd"/>
            <w:r w:rsidR="00AB4543">
              <w:t xml:space="preserve"> </w:t>
            </w:r>
            <w:proofErr w:type="spellStart"/>
            <w:r w:rsidR="00AB4543">
              <w:t>JUTAgrass</w:t>
            </w:r>
            <w:proofErr w:type="spellEnd"/>
            <w:r w:rsidR="00AB4543">
              <w:t xml:space="preserve"> </w:t>
            </w:r>
            <w:proofErr w:type="spellStart"/>
            <w:r w:rsidR="00AB4543">
              <w:t>PlayComfort</w:t>
            </w:r>
            <w:proofErr w:type="spellEnd"/>
            <w:r w:rsidR="00AB4543">
              <w:t xml:space="preserve"> 15 </w:t>
            </w:r>
            <w:proofErr w:type="spellStart"/>
            <w:r w:rsidR="00AB4543">
              <w:t>vč</w:t>
            </w:r>
            <w:proofErr w:type="spellEnd"/>
            <w:r w:rsidR="00AB4543">
              <w:t xml:space="preserve">. </w:t>
            </w:r>
            <w:proofErr w:type="spellStart"/>
            <w:r w:rsidR="00393FF4">
              <w:t>L</w:t>
            </w:r>
            <w:r w:rsidR="00AB4543">
              <w:t>ajnování</w:t>
            </w:r>
            <w:proofErr w:type="spellEnd"/>
          </w:p>
        </w:tc>
        <w:tc>
          <w:tcPr>
            <w:tcW w:w="555" w:type="dxa"/>
          </w:tcPr>
          <w:p w14:paraId="116E89A5" w14:textId="1EA2042E" w:rsidR="6D4034B2" w:rsidRDefault="6D4034B2">
            <w:r>
              <w:t>m²</w:t>
            </w:r>
          </w:p>
          <w:p w14:paraId="533F70FF" w14:textId="305F2014" w:rsidR="07630B3A" w:rsidRDefault="07630B3A"/>
          <w:p w14:paraId="0B765A5C" w14:textId="51BFF959" w:rsidR="07630B3A" w:rsidRDefault="07630B3A" w:rsidP="07630B3A"/>
        </w:tc>
        <w:tc>
          <w:tcPr>
            <w:tcW w:w="1170" w:type="dxa"/>
          </w:tcPr>
          <w:p w14:paraId="51108D28" w14:textId="26B42302" w:rsidR="6D4034B2" w:rsidRDefault="6D4034B2" w:rsidP="07630B3A">
            <w:r>
              <w:t>480</w:t>
            </w:r>
          </w:p>
        </w:tc>
        <w:tc>
          <w:tcPr>
            <w:tcW w:w="1470" w:type="dxa"/>
          </w:tcPr>
          <w:p w14:paraId="32B86EE0" w14:textId="4FCD90D1" w:rsidR="07630B3A" w:rsidRDefault="07630B3A" w:rsidP="07630B3A"/>
        </w:tc>
        <w:tc>
          <w:tcPr>
            <w:tcW w:w="1582" w:type="dxa"/>
          </w:tcPr>
          <w:p w14:paraId="5BE2C35B" w14:textId="021288F9" w:rsidR="07630B3A" w:rsidRDefault="07630B3A" w:rsidP="07630B3A"/>
        </w:tc>
      </w:tr>
      <w:tr w:rsidR="00CD3654" w14:paraId="1C958CDC" w14:textId="77777777" w:rsidTr="07630B3A">
        <w:trPr>
          <w:trHeight w:val="300"/>
        </w:trPr>
        <w:tc>
          <w:tcPr>
            <w:tcW w:w="435" w:type="dxa"/>
          </w:tcPr>
          <w:p w14:paraId="78941E47" w14:textId="64FBD2AA" w:rsidR="00A54478" w:rsidRDefault="00AB4543">
            <w:r>
              <w:t>6</w:t>
            </w:r>
          </w:p>
        </w:tc>
        <w:tc>
          <w:tcPr>
            <w:tcW w:w="3525" w:type="dxa"/>
          </w:tcPr>
          <w:p w14:paraId="66314D6A" w14:textId="5023CC9F" w:rsidR="00A54478" w:rsidRDefault="07630B3A" w:rsidP="001C4613">
            <w:proofErr w:type="spellStart"/>
            <w:r>
              <w:t>Osvětlení</w:t>
            </w:r>
            <w:proofErr w:type="spellEnd"/>
            <w:r>
              <w:t xml:space="preserve"> </w:t>
            </w:r>
            <w:proofErr w:type="spellStart"/>
            <w:r>
              <w:t>hřiště</w:t>
            </w:r>
            <w:proofErr w:type="spellEnd"/>
            <w:r w:rsidR="60A7F30B">
              <w:t xml:space="preserve"> (4 </w:t>
            </w:r>
            <w:proofErr w:type="spellStart"/>
            <w:r w:rsidR="60A7F30B">
              <w:t>stožáry</w:t>
            </w:r>
            <w:proofErr w:type="spellEnd"/>
            <w:r w:rsidR="60A7F30B">
              <w:t xml:space="preserve"> v </w:t>
            </w:r>
            <w:proofErr w:type="spellStart"/>
            <w:r w:rsidR="60A7F30B">
              <w:t>rozích</w:t>
            </w:r>
            <w:proofErr w:type="spellEnd"/>
            <w:r w:rsidR="60A7F30B">
              <w:t xml:space="preserve"> </w:t>
            </w:r>
            <w:proofErr w:type="spellStart"/>
            <w:r w:rsidR="60A7F30B">
              <w:t>hřiště</w:t>
            </w:r>
            <w:proofErr w:type="spellEnd"/>
            <w:r w:rsidR="00AB4543">
              <w:t xml:space="preserve">, </w:t>
            </w:r>
            <w:proofErr w:type="spellStart"/>
            <w:r w:rsidR="00AB4543">
              <w:t>svítidla</w:t>
            </w:r>
            <w:proofErr w:type="spellEnd"/>
            <w:r w:rsidR="001C4613">
              <w:t xml:space="preserve"> s </w:t>
            </w:r>
            <w:proofErr w:type="spellStart"/>
            <w:r w:rsidR="001C4613">
              <w:t>připojením</w:t>
            </w:r>
            <w:proofErr w:type="spellEnd"/>
            <w:r w:rsidR="001C4613">
              <w:t xml:space="preserve"> k </w:t>
            </w:r>
            <w:proofErr w:type="spellStart"/>
            <w:r w:rsidR="001C4613">
              <w:t>elektřině</w:t>
            </w:r>
            <w:proofErr w:type="spellEnd"/>
            <w:r w:rsidR="001C4613">
              <w:t xml:space="preserve"> v </w:t>
            </w:r>
            <w:proofErr w:type="spellStart"/>
            <w:r w:rsidR="001C4613">
              <w:t>budově</w:t>
            </w:r>
            <w:proofErr w:type="spellEnd"/>
            <w:r w:rsidR="001C4613">
              <w:t xml:space="preserve"> </w:t>
            </w:r>
            <w:proofErr w:type="spellStart"/>
            <w:r w:rsidR="001C4613">
              <w:t>kabin</w:t>
            </w:r>
            <w:proofErr w:type="spellEnd"/>
            <w:r w:rsidR="00CD3654">
              <w:t xml:space="preserve"> (</w:t>
            </w:r>
            <w:proofErr w:type="spellStart"/>
            <w:r w:rsidR="00CD3654">
              <w:t>materiál</w:t>
            </w:r>
            <w:proofErr w:type="spellEnd"/>
            <w:r w:rsidR="00CD3654">
              <w:t xml:space="preserve"> + práce</w:t>
            </w:r>
            <w:r w:rsidR="60A7F30B">
              <w:t>)</w:t>
            </w:r>
          </w:p>
        </w:tc>
        <w:tc>
          <w:tcPr>
            <w:tcW w:w="555" w:type="dxa"/>
          </w:tcPr>
          <w:p w14:paraId="57A5ED07" w14:textId="341D4619" w:rsidR="00A54478" w:rsidRDefault="00393FF4">
            <w:proofErr w:type="spellStart"/>
            <w:r>
              <w:t>S</w:t>
            </w:r>
            <w:r w:rsidR="00725199">
              <w:t>oubor</w:t>
            </w:r>
            <w:proofErr w:type="spellEnd"/>
          </w:p>
        </w:tc>
        <w:tc>
          <w:tcPr>
            <w:tcW w:w="1170" w:type="dxa"/>
          </w:tcPr>
          <w:p w14:paraId="56B20A0C" w14:textId="77777777" w:rsidR="00A54478" w:rsidRDefault="00725199">
            <w:r>
              <w:t>1</w:t>
            </w:r>
          </w:p>
        </w:tc>
        <w:tc>
          <w:tcPr>
            <w:tcW w:w="1470" w:type="dxa"/>
          </w:tcPr>
          <w:p w14:paraId="0D0B940D" w14:textId="77777777" w:rsidR="00A54478" w:rsidRDefault="00A54478"/>
        </w:tc>
        <w:tc>
          <w:tcPr>
            <w:tcW w:w="1582" w:type="dxa"/>
          </w:tcPr>
          <w:p w14:paraId="0E27B00A" w14:textId="77777777" w:rsidR="00A54478" w:rsidRDefault="00A54478"/>
        </w:tc>
      </w:tr>
      <w:tr w:rsidR="00CD3654" w14:paraId="2E4C4396" w14:textId="77777777" w:rsidTr="07630B3A">
        <w:trPr>
          <w:trHeight w:val="300"/>
        </w:trPr>
        <w:tc>
          <w:tcPr>
            <w:tcW w:w="435" w:type="dxa"/>
          </w:tcPr>
          <w:p w14:paraId="29B4EA11" w14:textId="0FC75642" w:rsidR="00A54478" w:rsidRDefault="00AB4543">
            <w:r>
              <w:t>7</w:t>
            </w:r>
          </w:p>
        </w:tc>
        <w:tc>
          <w:tcPr>
            <w:tcW w:w="3525" w:type="dxa"/>
          </w:tcPr>
          <w:p w14:paraId="0CECBBEA" w14:textId="00E45B62" w:rsidR="00A54478" w:rsidRDefault="07630B3A">
            <w:r>
              <w:t>Odstranění oplocení</w:t>
            </w:r>
            <w:r w:rsidR="27371CEA">
              <w:t xml:space="preserve"> (demontáž + likvidace)</w:t>
            </w:r>
          </w:p>
        </w:tc>
        <w:tc>
          <w:tcPr>
            <w:tcW w:w="555" w:type="dxa"/>
          </w:tcPr>
          <w:p w14:paraId="4FA95931" w14:textId="252A032C" w:rsidR="00A54478" w:rsidRDefault="00393FF4">
            <w:proofErr w:type="spellStart"/>
            <w:r>
              <w:t>S</w:t>
            </w:r>
            <w:r w:rsidR="00725199">
              <w:t>oubor</w:t>
            </w:r>
            <w:proofErr w:type="spellEnd"/>
          </w:p>
        </w:tc>
        <w:tc>
          <w:tcPr>
            <w:tcW w:w="1170" w:type="dxa"/>
          </w:tcPr>
          <w:p w14:paraId="249FAAB8" w14:textId="77777777" w:rsidR="00A54478" w:rsidRDefault="00725199">
            <w:r>
              <w:t>1</w:t>
            </w:r>
          </w:p>
        </w:tc>
        <w:tc>
          <w:tcPr>
            <w:tcW w:w="1470" w:type="dxa"/>
          </w:tcPr>
          <w:p w14:paraId="60061E4C" w14:textId="77777777" w:rsidR="00A54478" w:rsidRDefault="00A54478"/>
        </w:tc>
        <w:tc>
          <w:tcPr>
            <w:tcW w:w="1582" w:type="dxa"/>
          </w:tcPr>
          <w:p w14:paraId="44EAFD9C" w14:textId="77777777" w:rsidR="00A54478" w:rsidRDefault="00A54478"/>
        </w:tc>
      </w:tr>
      <w:tr w:rsidR="00CD3654" w14:paraId="1D83A604" w14:textId="77777777" w:rsidTr="07630B3A">
        <w:trPr>
          <w:trHeight w:val="300"/>
        </w:trPr>
        <w:tc>
          <w:tcPr>
            <w:tcW w:w="435" w:type="dxa"/>
          </w:tcPr>
          <w:p w14:paraId="75697EEC" w14:textId="0166203E" w:rsidR="00A54478" w:rsidRDefault="00AB4543">
            <w:r>
              <w:t>8</w:t>
            </w:r>
          </w:p>
        </w:tc>
        <w:tc>
          <w:tcPr>
            <w:tcW w:w="3525" w:type="dxa"/>
          </w:tcPr>
          <w:p w14:paraId="53DDB046" w14:textId="099B4376" w:rsidR="00A54478" w:rsidRDefault="07630B3A" w:rsidP="00AB4543">
            <w:proofErr w:type="spellStart"/>
            <w:r>
              <w:t>Nové</w:t>
            </w:r>
            <w:proofErr w:type="spellEnd"/>
            <w:r>
              <w:t xml:space="preserve"> </w:t>
            </w:r>
            <w:proofErr w:type="spellStart"/>
            <w:r>
              <w:t>oplocení</w:t>
            </w:r>
            <w:proofErr w:type="spellEnd"/>
            <w:r w:rsidR="00AB4543">
              <w:t xml:space="preserve"> </w:t>
            </w:r>
            <w:proofErr w:type="spellStart"/>
            <w:r w:rsidR="00AB4543">
              <w:t>celková</w:t>
            </w:r>
            <w:proofErr w:type="spellEnd"/>
            <w:r w:rsidR="00AB4543">
              <w:t xml:space="preserve"> </w:t>
            </w:r>
            <w:proofErr w:type="spellStart"/>
            <w:r w:rsidR="00AB4543">
              <w:t>výška</w:t>
            </w:r>
            <w:proofErr w:type="spellEnd"/>
            <w:r w:rsidR="00AB4543">
              <w:t xml:space="preserve"> 3 </w:t>
            </w:r>
            <w:proofErr w:type="spellStart"/>
            <w:r w:rsidR="00AB4543">
              <w:t>metry</w:t>
            </w:r>
            <w:proofErr w:type="spellEnd"/>
            <w:r w:rsidR="00AB4543">
              <w:t xml:space="preserve"> (</w:t>
            </w:r>
            <w:r w:rsidR="1F58ECB9">
              <w:t xml:space="preserve">1 m </w:t>
            </w:r>
            <w:proofErr w:type="spellStart"/>
            <w:r w:rsidR="1F58ECB9">
              <w:t>dřevěné</w:t>
            </w:r>
            <w:proofErr w:type="spellEnd"/>
            <w:r w:rsidR="1F58ECB9">
              <w:t xml:space="preserve"> </w:t>
            </w:r>
            <w:proofErr w:type="spellStart"/>
            <w:r w:rsidR="1F58ECB9">
              <w:t>fošny</w:t>
            </w:r>
            <w:proofErr w:type="spellEnd"/>
            <w:r w:rsidR="1F58ECB9">
              <w:t xml:space="preserve">, 2 m </w:t>
            </w:r>
            <w:r w:rsidR="1F58ECB9">
              <w:lastRenderedPageBreak/>
              <w:t xml:space="preserve">PE </w:t>
            </w:r>
            <w:proofErr w:type="spellStart"/>
            <w:r w:rsidR="1F58ECB9">
              <w:t>síť</w:t>
            </w:r>
            <w:proofErr w:type="spellEnd"/>
            <w:r w:rsidR="1F58ECB9">
              <w:t xml:space="preserve"> </w:t>
            </w:r>
            <w:proofErr w:type="spellStart"/>
            <w:r w:rsidR="76771F0A">
              <w:t>oko</w:t>
            </w:r>
            <w:proofErr w:type="spellEnd"/>
            <w:r w:rsidR="76771F0A">
              <w:t xml:space="preserve"> </w:t>
            </w:r>
            <w:r w:rsidR="00AB4543">
              <w:t>max. 50x50</w:t>
            </w:r>
            <w:r w:rsidR="76771F0A">
              <w:t>mm</w:t>
            </w:r>
            <w:r w:rsidR="00AB4543">
              <w:t xml:space="preserve">), </w:t>
            </w:r>
            <w:proofErr w:type="spellStart"/>
            <w:r w:rsidR="00AB4543">
              <w:t>sloupky</w:t>
            </w:r>
            <w:proofErr w:type="spellEnd"/>
            <w:r w:rsidR="00AB4543">
              <w:t xml:space="preserve"> </w:t>
            </w:r>
            <w:proofErr w:type="spellStart"/>
            <w:r w:rsidR="00AB4543">
              <w:t>pozink</w:t>
            </w:r>
            <w:proofErr w:type="spellEnd"/>
            <w:r w:rsidR="00AB4543">
              <w:t xml:space="preserve">, 2ks </w:t>
            </w:r>
            <w:proofErr w:type="spellStart"/>
            <w:r w:rsidR="00AB4543">
              <w:t>vstupní</w:t>
            </w:r>
            <w:proofErr w:type="spellEnd"/>
            <w:r w:rsidR="00AB4543">
              <w:t xml:space="preserve"> </w:t>
            </w:r>
            <w:proofErr w:type="spellStart"/>
            <w:r w:rsidR="00AB4543">
              <w:t>branka</w:t>
            </w:r>
            <w:proofErr w:type="spellEnd"/>
            <w:r w:rsidR="00AB4543">
              <w:t xml:space="preserve"> v rohu </w:t>
            </w:r>
            <w:proofErr w:type="spellStart"/>
            <w:r w:rsidR="00AB4543">
              <w:t>na</w:t>
            </w:r>
            <w:proofErr w:type="spellEnd"/>
            <w:r w:rsidR="00AB4543">
              <w:t xml:space="preserve"> </w:t>
            </w:r>
            <w:proofErr w:type="spellStart"/>
            <w:r w:rsidR="00AB4543">
              <w:t>kratší</w:t>
            </w:r>
            <w:proofErr w:type="spellEnd"/>
            <w:r w:rsidR="00AB4543">
              <w:t xml:space="preserve"> </w:t>
            </w:r>
            <w:proofErr w:type="spellStart"/>
            <w:r w:rsidR="00AB4543">
              <w:t>straně</w:t>
            </w:r>
            <w:proofErr w:type="spellEnd"/>
          </w:p>
        </w:tc>
        <w:tc>
          <w:tcPr>
            <w:tcW w:w="555" w:type="dxa"/>
          </w:tcPr>
          <w:p w14:paraId="7C47E027" w14:textId="61E79B17" w:rsidR="00A54478" w:rsidRDefault="00393FF4">
            <w:r>
              <w:lastRenderedPageBreak/>
              <w:t>M</w:t>
            </w:r>
          </w:p>
        </w:tc>
        <w:tc>
          <w:tcPr>
            <w:tcW w:w="1170" w:type="dxa"/>
          </w:tcPr>
          <w:p w14:paraId="662CABB4" w14:textId="77777777" w:rsidR="00A54478" w:rsidRDefault="00725199">
            <w:r>
              <w:t>94</w:t>
            </w:r>
          </w:p>
        </w:tc>
        <w:tc>
          <w:tcPr>
            <w:tcW w:w="1470" w:type="dxa"/>
          </w:tcPr>
          <w:p w14:paraId="4B94D5A5" w14:textId="77777777" w:rsidR="00A54478" w:rsidRDefault="00A54478"/>
        </w:tc>
        <w:tc>
          <w:tcPr>
            <w:tcW w:w="1582" w:type="dxa"/>
          </w:tcPr>
          <w:p w14:paraId="3DEEC669" w14:textId="77777777" w:rsidR="00A54478" w:rsidRDefault="00A54478"/>
        </w:tc>
      </w:tr>
      <w:tr w:rsidR="00AB4543" w14:paraId="48BC6904" w14:textId="77777777" w:rsidTr="07630B3A">
        <w:trPr>
          <w:trHeight w:val="300"/>
        </w:trPr>
        <w:tc>
          <w:tcPr>
            <w:tcW w:w="435" w:type="dxa"/>
          </w:tcPr>
          <w:p w14:paraId="3DB8629A" w14:textId="45EFA86A" w:rsidR="00AB4543" w:rsidRDefault="00AB4543">
            <w:r>
              <w:t>9</w:t>
            </w:r>
          </w:p>
        </w:tc>
        <w:tc>
          <w:tcPr>
            <w:tcW w:w="3525" w:type="dxa"/>
          </w:tcPr>
          <w:p w14:paraId="65AB7AF8" w14:textId="18AD30B3" w:rsidR="00AB4543" w:rsidRDefault="00AB4543" w:rsidP="00CD3654">
            <w:proofErr w:type="spellStart"/>
            <w:r>
              <w:t>Instalace</w:t>
            </w:r>
            <w:proofErr w:type="spellEnd"/>
            <w:r>
              <w:t xml:space="preserve"> </w:t>
            </w:r>
            <w:proofErr w:type="spellStart"/>
            <w:r>
              <w:t>stávajících</w:t>
            </w:r>
            <w:proofErr w:type="spellEnd"/>
            <w:r>
              <w:t xml:space="preserve"> 2 </w:t>
            </w:r>
            <w:proofErr w:type="spellStart"/>
            <w:r>
              <w:t>ks</w:t>
            </w:r>
            <w:proofErr w:type="spellEnd"/>
            <w:r>
              <w:t xml:space="preserve"> </w:t>
            </w:r>
            <w:proofErr w:type="spellStart"/>
            <w:r>
              <w:t>branek</w:t>
            </w:r>
            <w:proofErr w:type="spellEnd"/>
            <w:r>
              <w:t xml:space="preserve"> 3x2 m</w:t>
            </w:r>
          </w:p>
        </w:tc>
        <w:tc>
          <w:tcPr>
            <w:tcW w:w="555" w:type="dxa"/>
          </w:tcPr>
          <w:p w14:paraId="7E9971CD" w14:textId="3F814301" w:rsidR="00AB4543" w:rsidRDefault="00393FF4">
            <w:proofErr w:type="spellStart"/>
            <w:r>
              <w:t>S</w:t>
            </w:r>
            <w:r w:rsidR="00C405E9">
              <w:t>oubor</w:t>
            </w:r>
            <w:proofErr w:type="spellEnd"/>
          </w:p>
        </w:tc>
        <w:tc>
          <w:tcPr>
            <w:tcW w:w="1170" w:type="dxa"/>
          </w:tcPr>
          <w:p w14:paraId="5FAFD363" w14:textId="5E6EB665" w:rsidR="00AB4543" w:rsidRDefault="00C405E9">
            <w:r>
              <w:t>1</w:t>
            </w:r>
          </w:p>
        </w:tc>
        <w:tc>
          <w:tcPr>
            <w:tcW w:w="1470" w:type="dxa"/>
          </w:tcPr>
          <w:p w14:paraId="774D5800" w14:textId="77777777" w:rsidR="00AB4543" w:rsidRDefault="00AB4543"/>
        </w:tc>
        <w:tc>
          <w:tcPr>
            <w:tcW w:w="1582" w:type="dxa"/>
          </w:tcPr>
          <w:p w14:paraId="6D35EC70" w14:textId="77777777" w:rsidR="00AB4543" w:rsidRDefault="00AB4543"/>
        </w:tc>
      </w:tr>
      <w:tr w:rsidR="00AB4543" w14:paraId="1E46D845" w14:textId="77777777" w:rsidTr="07630B3A">
        <w:trPr>
          <w:trHeight w:val="300"/>
        </w:trPr>
        <w:tc>
          <w:tcPr>
            <w:tcW w:w="435" w:type="dxa"/>
          </w:tcPr>
          <w:p w14:paraId="73D5988C" w14:textId="1EF066A8" w:rsidR="00AB4543" w:rsidRDefault="00C405E9">
            <w:r>
              <w:t>10</w:t>
            </w:r>
          </w:p>
        </w:tc>
        <w:tc>
          <w:tcPr>
            <w:tcW w:w="3525" w:type="dxa"/>
          </w:tcPr>
          <w:p w14:paraId="644A2FEA" w14:textId="1071EE8A" w:rsidR="00AB4543" w:rsidRDefault="00C405E9" w:rsidP="00AB4543">
            <w:proofErr w:type="spellStart"/>
            <w:r>
              <w:t>Instalace</w:t>
            </w:r>
            <w:proofErr w:type="spellEnd"/>
            <w:r>
              <w:t xml:space="preserve"> </w:t>
            </w:r>
            <w:proofErr w:type="spellStart"/>
            <w:r>
              <w:t>stávajících</w:t>
            </w:r>
            <w:proofErr w:type="spellEnd"/>
            <w:r>
              <w:t xml:space="preserve"> </w:t>
            </w:r>
            <w:proofErr w:type="spellStart"/>
            <w:r>
              <w:t>basketbalových</w:t>
            </w:r>
            <w:proofErr w:type="spellEnd"/>
            <w:r>
              <w:t xml:space="preserve"> </w:t>
            </w:r>
            <w:proofErr w:type="spellStart"/>
            <w:r>
              <w:t>košů</w:t>
            </w:r>
            <w:proofErr w:type="spellEnd"/>
            <w:r>
              <w:t xml:space="preserve"> se </w:t>
            </w:r>
            <w:proofErr w:type="spellStart"/>
            <w:r>
              <w:t>sloukem</w:t>
            </w:r>
            <w:proofErr w:type="spellEnd"/>
          </w:p>
        </w:tc>
        <w:tc>
          <w:tcPr>
            <w:tcW w:w="555" w:type="dxa"/>
          </w:tcPr>
          <w:p w14:paraId="0D1D03FF" w14:textId="21865CCF" w:rsidR="00AB4543" w:rsidRDefault="00393FF4">
            <w:proofErr w:type="spellStart"/>
            <w:r>
              <w:t>S</w:t>
            </w:r>
            <w:r w:rsidR="00C405E9">
              <w:t>oubor</w:t>
            </w:r>
            <w:proofErr w:type="spellEnd"/>
          </w:p>
        </w:tc>
        <w:tc>
          <w:tcPr>
            <w:tcW w:w="1170" w:type="dxa"/>
          </w:tcPr>
          <w:p w14:paraId="2D2EF4E7" w14:textId="58581B0E" w:rsidR="00AB4543" w:rsidRDefault="00C405E9">
            <w:r>
              <w:t>1</w:t>
            </w:r>
          </w:p>
        </w:tc>
        <w:tc>
          <w:tcPr>
            <w:tcW w:w="1470" w:type="dxa"/>
          </w:tcPr>
          <w:p w14:paraId="7D75FC49" w14:textId="77777777" w:rsidR="00AB4543" w:rsidRDefault="00AB4543"/>
        </w:tc>
        <w:tc>
          <w:tcPr>
            <w:tcW w:w="1582" w:type="dxa"/>
          </w:tcPr>
          <w:p w14:paraId="325C6977" w14:textId="77777777" w:rsidR="00AB4543" w:rsidRDefault="00AB4543"/>
        </w:tc>
      </w:tr>
      <w:tr w:rsidR="00CD3654" w14:paraId="152EF522" w14:textId="77777777" w:rsidTr="07630B3A">
        <w:trPr>
          <w:trHeight w:val="300"/>
        </w:trPr>
        <w:tc>
          <w:tcPr>
            <w:tcW w:w="435" w:type="dxa"/>
          </w:tcPr>
          <w:p w14:paraId="2B2B7304" w14:textId="03EE08B3" w:rsidR="00A54478" w:rsidRDefault="001C4613">
            <w:r>
              <w:t>11</w:t>
            </w:r>
          </w:p>
        </w:tc>
        <w:tc>
          <w:tcPr>
            <w:tcW w:w="3525" w:type="dxa"/>
          </w:tcPr>
          <w:p w14:paraId="68B2681D" w14:textId="5B79093F" w:rsidR="00A54478" w:rsidRDefault="07630B3A">
            <w:proofErr w:type="spellStart"/>
            <w:r>
              <w:t>Tenisové</w:t>
            </w:r>
            <w:proofErr w:type="spellEnd"/>
            <w:r w:rsidR="00393FF4">
              <w:t>/</w:t>
            </w:r>
            <w:proofErr w:type="spellStart"/>
            <w:r w:rsidR="00393FF4">
              <w:t>volejbalové</w:t>
            </w:r>
            <w:proofErr w:type="spellEnd"/>
            <w:r>
              <w:t xml:space="preserve"> </w:t>
            </w:r>
            <w:proofErr w:type="spellStart"/>
            <w:r>
              <w:t>vybavení</w:t>
            </w:r>
            <w:proofErr w:type="spellEnd"/>
            <w:r w:rsidR="72F3E41D">
              <w:t xml:space="preserve"> (</w:t>
            </w:r>
            <w:proofErr w:type="spellStart"/>
            <w:r w:rsidR="72F3E41D">
              <w:t>sloupky</w:t>
            </w:r>
            <w:proofErr w:type="spellEnd"/>
            <w:r w:rsidR="72F3E41D">
              <w:t xml:space="preserve"> + síť)</w:t>
            </w:r>
          </w:p>
        </w:tc>
        <w:tc>
          <w:tcPr>
            <w:tcW w:w="555" w:type="dxa"/>
          </w:tcPr>
          <w:p w14:paraId="1AA50EB5" w14:textId="25155539" w:rsidR="00A54478" w:rsidRDefault="00393FF4">
            <w:r>
              <w:t>S</w:t>
            </w:r>
            <w:r w:rsidR="00725199">
              <w:t>ada</w:t>
            </w:r>
          </w:p>
        </w:tc>
        <w:tc>
          <w:tcPr>
            <w:tcW w:w="1170" w:type="dxa"/>
          </w:tcPr>
          <w:p w14:paraId="19F14E3C" w14:textId="77777777" w:rsidR="00A54478" w:rsidRDefault="00725199">
            <w:r>
              <w:t>1</w:t>
            </w:r>
          </w:p>
        </w:tc>
        <w:tc>
          <w:tcPr>
            <w:tcW w:w="1470" w:type="dxa"/>
          </w:tcPr>
          <w:p w14:paraId="049F31CB" w14:textId="77777777" w:rsidR="00A54478" w:rsidRDefault="00A54478"/>
        </w:tc>
        <w:tc>
          <w:tcPr>
            <w:tcW w:w="1582" w:type="dxa"/>
          </w:tcPr>
          <w:p w14:paraId="53128261" w14:textId="77777777" w:rsidR="00A54478" w:rsidRDefault="00A54478"/>
        </w:tc>
      </w:tr>
    </w:tbl>
    <w:p w14:paraId="554E4C23" w14:textId="45D270A9" w:rsidR="07630B3A" w:rsidRDefault="07630B3A"/>
    <w:p w14:paraId="6585051B" w14:textId="457C594D" w:rsidR="00CD3654" w:rsidRPr="00CD3654" w:rsidRDefault="00725199" w:rsidP="00987D62">
      <w:pPr>
        <w:pStyle w:val="Nadpis1"/>
      </w:pPr>
      <w:proofErr w:type="spellStart"/>
      <w:r>
        <w:t>Rekapitulace</w:t>
      </w:r>
      <w:proofErr w:type="spellEnd"/>
      <w:r>
        <w:t xml:space="preserve"> ceny</w:t>
      </w:r>
    </w:p>
    <w:p w14:paraId="288B45FB" w14:textId="77777777" w:rsidR="00393FF4" w:rsidRDefault="00393FF4"/>
    <w:p w14:paraId="44FCC3F7" w14:textId="4D64A142" w:rsidR="00A54478" w:rsidRDefault="00725199">
      <w:r>
        <w:t>Cena bez DPH: ....................... Kč</w:t>
      </w:r>
    </w:p>
    <w:p w14:paraId="3D7809FB" w14:textId="77777777" w:rsidR="00A54478" w:rsidRDefault="00725199">
      <w:r>
        <w:t>DPH 21 %: ............................ Kč</w:t>
      </w:r>
    </w:p>
    <w:p w14:paraId="3658799B" w14:textId="77777777" w:rsidR="00A54478" w:rsidRDefault="00725199">
      <w:r>
        <w:t>Cena včetně DPH: ..................... Kč</w:t>
      </w:r>
    </w:p>
    <w:p w14:paraId="227D6948" w14:textId="77777777" w:rsidR="00A54478" w:rsidRDefault="00725199">
      <w:pPr>
        <w:pStyle w:val="Nadpis1"/>
      </w:pPr>
      <w:r>
        <w:t>Pokyny pro uchazeče</w:t>
      </w:r>
    </w:p>
    <w:p w14:paraId="4A2B4009" w14:textId="7871EE9E" w:rsidR="00393FF4" w:rsidRPr="00393FF4" w:rsidRDefault="00725199">
      <w:pPr>
        <w:rPr>
          <w:lang w:val="pl-PL"/>
        </w:rPr>
      </w:pPr>
      <w:r w:rsidRPr="00393FF4">
        <w:rPr>
          <w:lang w:val="pl-PL"/>
        </w:rPr>
        <w:t xml:space="preserve">- </w:t>
      </w:r>
      <w:proofErr w:type="spellStart"/>
      <w:r w:rsidRPr="00393FF4">
        <w:rPr>
          <w:lang w:val="pl-PL"/>
        </w:rPr>
        <w:t>Uchazeč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vyplní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jednotkové</w:t>
      </w:r>
      <w:proofErr w:type="spellEnd"/>
      <w:r w:rsidRPr="00393FF4">
        <w:rPr>
          <w:lang w:val="pl-PL"/>
        </w:rPr>
        <w:t xml:space="preserve"> ceny a ceny </w:t>
      </w:r>
      <w:proofErr w:type="spellStart"/>
      <w:r w:rsidRPr="00393FF4">
        <w:rPr>
          <w:lang w:val="pl-PL"/>
        </w:rPr>
        <w:t>celk</w:t>
      </w:r>
      <w:r w:rsidR="00393FF4">
        <w:rPr>
          <w:lang w:val="pl-PL"/>
        </w:rPr>
        <w:t>em</w:t>
      </w:r>
      <w:proofErr w:type="spellEnd"/>
    </w:p>
    <w:p w14:paraId="7B9BD18F" w14:textId="77777777" w:rsidR="00A54478" w:rsidRPr="00393FF4" w:rsidRDefault="00725199">
      <w:pPr>
        <w:rPr>
          <w:lang w:val="pl-PL"/>
        </w:rPr>
      </w:pPr>
      <w:r w:rsidRPr="00393FF4">
        <w:rPr>
          <w:lang w:val="pl-PL"/>
        </w:rPr>
        <w:t xml:space="preserve">- Cena </w:t>
      </w:r>
      <w:proofErr w:type="spellStart"/>
      <w:r w:rsidRPr="00393FF4">
        <w:rPr>
          <w:lang w:val="pl-PL"/>
        </w:rPr>
        <w:t>zahrnuje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veškeré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náklady</w:t>
      </w:r>
      <w:proofErr w:type="spellEnd"/>
      <w:r w:rsidRPr="00393FF4">
        <w:rPr>
          <w:lang w:val="pl-PL"/>
        </w:rPr>
        <w:t xml:space="preserve"> (</w:t>
      </w:r>
      <w:proofErr w:type="spellStart"/>
      <w:r w:rsidRPr="00393FF4">
        <w:rPr>
          <w:lang w:val="pl-PL"/>
        </w:rPr>
        <w:t>materiál</w:t>
      </w:r>
      <w:proofErr w:type="spellEnd"/>
      <w:r w:rsidRPr="00393FF4">
        <w:rPr>
          <w:lang w:val="pl-PL"/>
        </w:rPr>
        <w:t xml:space="preserve">, </w:t>
      </w:r>
      <w:proofErr w:type="spellStart"/>
      <w:r w:rsidRPr="00393FF4">
        <w:rPr>
          <w:lang w:val="pl-PL"/>
        </w:rPr>
        <w:t>doprava</w:t>
      </w:r>
      <w:proofErr w:type="spellEnd"/>
      <w:r w:rsidRPr="00393FF4">
        <w:rPr>
          <w:lang w:val="pl-PL"/>
        </w:rPr>
        <w:t xml:space="preserve">, </w:t>
      </w:r>
      <w:proofErr w:type="spellStart"/>
      <w:r w:rsidRPr="00393FF4">
        <w:rPr>
          <w:lang w:val="pl-PL"/>
        </w:rPr>
        <w:t>montáž</w:t>
      </w:r>
      <w:proofErr w:type="spellEnd"/>
      <w:r w:rsidRPr="00393FF4">
        <w:rPr>
          <w:lang w:val="pl-PL"/>
        </w:rPr>
        <w:t xml:space="preserve">, </w:t>
      </w:r>
      <w:proofErr w:type="spellStart"/>
      <w:r w:rsidRPr="00393FF4">
        <w:rPr>
          <w:lang w:val="pl-PL"/>
        </w:rPr>
        <w:t>likvidace</w:t>
      </w:r>
      <w:proofErr w:type="spellEnd"/>
      <w:r w:rsidRPr="00393FF4">
        <w:rPr>
          <w:lang w:val="pl-PL"/>
        </w:rPr>
        <w:t>).</w:t>
      </w:r>
    </w:p>
    <w:p w14:paraId="5E6E2545" w14:textId="77777777" w:rsidR="00A54478" w:rsidRPr="00393FF4" w:rsidRDefault="00725199">
      <w:pPr>
        <w:rPr>
          <w:lang w:val="pl-PL"/>
        </w:rPr>
      </w:pPr>
      <w:r w:rsidRPr="00393FF4">
        <w:rPr>
          <w:lang w:val="pl-PL"/>
        </w:rPr>
        <w:t xml:space="preserve">- </w:t>
      </w:r>
      <w:proofErr w:type="spellStart"/>
      <w:r w:rsidRPr="00393FF4">
        <w:rPr>
          <w:lang w:val="pl-PL"/>
        </w:rPr>
        <w:t>Neoceněné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položky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nelze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samostatně</w:t>
      </w:r>
      <w:proofErr w:type="spellEnd"/>
      <w:r w:rsidRPr="00393FF4">
        <w:rPr>
          <w:lang w:val="pl-PL"/>
        </w:rPr>
        <w:t xml:space="preserve"> </w:t>
      </w:r>
      <w:proofErr w:type="spellStart"/>
      <w:r w:rsidRPr="00393FF4">
        <w:rPr>
          <w:lang w:val="pl-PL"/>
        </w:rPr>
        <w:t>fakturovat</w:t>
      </w:r>
      <w:proofErr w:type="spellEnd"/>
      <w:r w:rsidRPr="00393FF4">
        <w:rPr>
          <w:lang w:val="pl-PL"/>
        </w:rPr>
        <w:t>.</w:t>
      </w:r>
    </w:p>
    <w:sectPr w:rsidR="00A54478" w:rsidRPr="00393FF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C447" w14:textId="77777777" w:rsidR="00C0642B" w:rsidRDefault="00C0642B" w:rsidP="004850FB">
      <w:pPr>
        <w:spacing w:after="0" w:line="240" w:lineRule="auto"/>
      </w:pPr>
      <w:r>
        <w:separator/>
      </w:r>
    </w:p>
  </w:endnote>
  <w:endnote w:type="continuationSeparator" w:id="0">
    <w:p w14:paraId="3D30488E" w14:textId="77777777" w:rsidR="00C0642B" w:rsidRDefault="00C0642B" w:rsidP="0048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7BB0" w14:textId="77777777" w:rsidR="00C0642B" w:rsidRDefault="00C0642B" w:rsidP="004850FB">
      <w:pPr>
        <w:spacing w:after="0" w:line="240" w:lineRule="auto"/>
      </w:pPr>
      <w:r>
        <w:separator/>
      </w:r>
    </w:p>
  </w:footnote>
  <w:footnote w:type="continuationSeparator" w:id="0">
    <w:p w14:paraId="368491BB" w14:textId="77777777" w:rsidR="00C0642B" w:rsidRDefault="00C0642B" w:rsidP="0048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4D0F" w14:textId="5DA73279" w:rsidR="004850FB" w:rsidRPr="004850FB" w:rsidRDefault="004850FB" w:rsidP="004850FB">
    <w:pPr>
      <w:pStyle w:val="Zhlav"/>
      <w:jc w:val="right"/>
      <w:rPr>
        <w:rFonts w:ascii="Arial" w:hAnsi="Arial" w:cs="Arial"/>
      </w:rPr>
    </w:pPr>
    <w:proofErr w:type="spellStart"/>
    <w:r w:rsidRPr="004850FB">
      <w:rPr>
        <w:rFonts w:ascii="Arial" w:hAnsi="Arial" w:cs="Arial"/>
      </w:rPr>
      <w:t>Příloha</w:t>
    </w:r>
    <w:proofErr w:type="spellEnd"/>
    <w:r w:rsidRPr="004850FB">
      <w:rPr>
        <w:rFonts w:ascii="Arial" w:hAnsi="Arial" w:cs="Arial"/>
      </w:rPr>
      <w:t xml:space="preserve"> č. </w:t>
    </w:r>
    <w:r w:rsidR="00607C6B">
      <w:rPr>
        <w:rFonts w:ascii="Arial" w:hAnsi="Arial" w:cs="Arial"/>
      </w:rPr>
      <w:t>3</w:t>
    </w:r>
    <w:r w:rsidRPr="004850FB">
      <w:rPr>
        <w:rFonts w:ascii="Arial" w:hAnsi="Arial" w:cs="Arial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481463">
    <w:abstractNumId w:val="8"/>
  </w:num>
  <w:num w:numId="2" w16cid:durableId="113210977">
    <w:abstractNumId w:val="6"/>
  </w:num>
  <w:num w:numId="3" w16cid:durableId="435491150">
    <w:abstractNumId w:val="5"/>
  </w:num>
  <w:num w:numId="4" w16cid:durableId="1619409284">
    <w:abstractNumId w:val="4"/>
  </w:num>
  <w:num w:numId="5" w16cid:durableId="1196235665">
    <w:abstractNumId w:val="7"/>
  </w:num>
  <w:num w:numId="6" w16cid:durableId="1288777813">
    <w:abstractNumId w:val="3"/>
  </w:num>
  <w:num w:numId="7" w16cid:durableId="426774260">
    <w:abstractNumId w:val="2"/>
  </w:num>
  <w:num w:numId="8" w16cid:durableId="1288047445">
    <w:abstractNumId w:val="1"/>
  </w:num>
  <w:num w:numId="9" w16cid:durableId="128989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4613"/>
    <w:rsid w:val="0029639D"/>
    <w:rsid w:val="00326F90"/>
    <w:rsid w:val="00393FF4"/>
    <w:rsid w:val="003D55AC"/>
    <w:rsid w:val="00441B6B"/>
    <w:rsid w:val="004850FB"/>
    <w:rsid w:val="005D49FF"/>
    <w:rsid w:val="006044CC"/>
    <w:rsid w:val="00607C6B"/>
    <w:rsid w:val="00725199"/>
    <w:rsid w:val="00800340"/>
    <w:rsid w:val="00987D62"/>
    <w:rsid w:val="00A54478"/>
    <w:rsid w:val="00AA1D8D"/>
    <w:rsid w:val="00AB4543"/>
    <w:rsid w:val="00B47730"/>
    <w:rsid w:val="00C0642B"/>
    <w:rsid w:val="00C405E9"/>
    <w:rsid w:val="00CB0664"/>
    <w:rsid w:val="00CD3654"/>
    <w:rsid w:val="00DE609E"/>
    <w:rsid w:val="00FC693F"/>
    <w:rsid w:val="04D07EC8"/>
    <w:rsid w:val="05A55E0A"/>
    <w:rsid w:val="0649A0C4"/>
    <w:rsid w:val="07630B3A"/>
    <w:rsid w:val="0DE7B17A"/>
    <w:rsid w:val="1A70BD75"/>
    <w:rsid w:val="1F58ECB9"/>
    <w:rsid w:val="2359A4D9"/>
    <w:rsid w:val="25133242"/>
    <w:rsid w:val="27371CEA"/>
    <w:rsid w:val="29DB6B85"/>
    <w:rsid w:val="2C056553"/>
    <w:rsid w:val="2C56AC0E"/>
    <w:rsid w:val="2D056C60"/>
    <w:rsid w:val="3087931F"/>
    <w:rsid w:val="325AFA27"/>
    <w:rsid w:val="3D7F93A1"/>
    <w:rsid w:val="3E256B86"/>
    <w:rsid w:val="42556B85"/>
    <w:rsid w:val="443CCE28"/>
    <w:rsid w:val="564C93DE"/>
    <w:rsid w:val="60A7F30B"/>
    <w:rsid w:val="69A84254"/>
    <w:rsid w:val="6D4034B2"/>
    <w:rsid w:val="6EF5104E"/>
    <w:rsid w:val="715470E5"/>
    <w:rsid w:val="72F3E41D"/>
    <w:rsid w:val="76771F0A"/>
    <w:rsid w:val="786DB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EF6C9D0-A8E2-45B9-B1E5-4390B890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1C4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289E0D-D04F-4DA1-A084-9F832B8B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JELÍNEK Michal</dc:creator>
  <cp:keywords/>
  <dc:description>generated by python-docx</dc:description>
  <cp:lastModifiedBy>Jan Sramek</cp:lastModifiedBy>
  <cp:revision>7</cp:revision>
  <cp:lastPrinted>2026-07-08T11:17:00Z</cp:lastPrinted>
  <dcterms:created xsi:type="dcterms:W3CDTF">2026-05-26T06:08:00Z</dcterms:created>
  <dcterms:modified xsi:type="dcterms:W3CDTF">2026-08-10T17:51:00Z</dcterms:modified>
  <cp:category/>
</cp:coreProperties>
</file>